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AB29C" w14:textId="522128E5" w:rsidR="001B7798" w:rsidRDefault="001B7798">
      <w:pPr>
        <w:jc w:val="center"/>
      </w:pPr>
    </w:p>
    <w:p w14:paraId="1912F7C5" w14:textId="77777777" w:rsidR="001B7798" w:rsidRDefault="00000000">
      <w:pPr>
        <w:pStyle w:val="Heading1"/>
      </w:pPr>
      <w:r>
        <w:t>Cosmo Marine - General Declaration (IMO FAL Form 1)</w:t>
      </w:r>
    </w:p>
    <w:p w14:paraId="07B80607" w14:textId="77777777" w:rsidR="001B7798" w:rsidRDefault="00000000" w:rsidP="007044EC">
      <w:pPr>
        <w:spacing w:before="240" w:after="160"/>
      </w:pPr>
      <w:r>
        <w:rPr>
          <w:b/>
        </w:rPr>
        <w:t xml:space="preserve">Ship Name: </w:t>
      </w:r>
      <w:r>
        <w:t>__________________________________</w:t>
      </w:r>
    </w:p>
    <w:p w14:paraId="39CBFCA1" w14:textId="77777777" w:rsidR="001B7798" w:rsidRDefault="00000000" w:rsidP="007044EC">
      <w:pPr>
        <w:spacing w:before="240" w:after="160"/>
      </w:pPr>
      <w:r>
        <w:rPr>
          <w:b/>
        </w:rPr>
        <w:t xml:space="preserve">IMO Number: </w:t>
      </w:r>
      <w:r>
        <w:t>__________________________________</w:t>
      </w:r>
    </w:p>
    <w:p w14:paraId="61A78E45" w14:textId="77777777" w:rsidR="001B7798" w:rsidRDefault="00000000" w:rsidP="007044EC">
      <w:pPr>
        <w:spacing w:before="240" w:after="160"/>
      </w:pPr>
      <w:r>
        <w:rPr>
          <w:b/>
        </w:rPr>
        <w:t xml:space="preserve">Flag: </w:t>
      </w:r>
      <w:r>
        <w:t>__________________________________</w:t>
      </w:r>
    </w:p>
    <w:p w14:paraId="7409C87A" w14:textId="77777777" w:rsidR="001B7798" w:rsidRDefault="00000000" w:rsidP="007044EC">
      <w:pPr>
        <w:spacing w:before="240" w:after="160"/>
      </w:pPr>
      <w:r>
        <w:rPr>
          <w:b/>
        </w:rPr>
        <w:t xml:space="preserve">Call Sign: </w:t>
      </w:r>
      <w:r>
        <w:t>__________________________________</w:t>
      </w:r>
    </w:p>
    <w:p w14:paraId="365CE13D" w14:textId="77777777" w:rsidR="001B7798" w:rsidRDefault="00000000" w:rsidP="007044EC">
      <w:pPr>
        <w:spacing w:before="240" w:after="160"/>
      </w:pPr>
      <w:r>
        <w:rPr>
          <w:b/>
        </w:rPr>
        <w:t xml:space="preserve">Port of Origin: </w:t>
      </w:r>
      <w:r>
        <w:t>__________________________________</w:t>
      </w:r>
    </w:p>
    <w:p w14:paraId="2439B0D0" w14:textId="77777777" w:rsidR="001B7798" w:rsidRDefault="00000000" w:rsidP="007044EC">
      <w:pPr>
        <w:spacing w:before="240" w:after="160"/>
      </w:pPr>
      <w:r>
        <w:rPr>
          <w:b/>
        </w:rPr>
        <w:t xml:space="preserve">Port of Destination: </w:t>
      </w:r>
      <w:r>
        <w:t>__________________________________</w:t>
      </w:r>
    </w:p>
    <w:p w14:paraId="5440D242" w14:textId="77777777" w:rsidR="001B7798" w:rsidRDefault="00000000" w:rsidP="007044EC">
      <w:pPr>
        <w:spacing w:before="240" w:after="160"/>
      </w:pPr>
      <w:r>
        <w:rPr>
          <w:b/>
        </w:rPr>
        <w:t xml:space="preserve">Arrival Date/Time: </w:t>
      </w:r>
      <w:r>
        <w:t>__________________________________</w:t>
      </w:r>
    </w:p>
    <w:p w14:paraId="55CF1EBE" w14:textId="77777777" w:rsidR="001B7798" w:rsidRDefault="00000000" w:rsidP="007044EC">
      <w:pPr>
        <w:spacing w:before="240" w:after="160"/>
      </w:pPr>
      <w:r>
        <w:rPr>
          <w:b/>
        </w:rPr>
        <w:t xml:space="preserve">Departure Date/Time: </w:t>
      </w:r>
      <w:r>
        <w:t>__________________________________</w:t>
      </w:r>
    </w:p>
    <w:p w14:paraId="05DB4707" w14:textId="77777777" w:rsidR="001B7798" w:rsidRDefault="00000000" w:rsidP="007044EC">
      <w:pPr>
        <w:spacing w:before="240" w:after="160"/>
      </w:pPr>
      <w:r>
        <w:rPr>
          <w:b/>
        </w:rPr>
        <w:t xml:space="preserve">Agent Name: Cosmo Marine: </w:t>
      </w:r>
      <w:r>
        <w:t>__________________________________</w:t>
      </w:r>
    </w:p>
    <w:p w14:paraId="48408F84" w14:textId="77777777" w:rsidR="001B7798" w:rsidRDefault="00000000" w:rsidP="007044EC">
      <w:pPr>
        <w:spacing w:before="240" w:after="160"/>
      </w:pPr>
      <w:r>
        <w:rPr>
          <w:b/>
        </w:rPr>
        <w:t xml:space="preserve">Purpose of Call (e.g., bunkering, repairs, lay-up): </w:t>
      </w:r>
      <w:r>
        <w:t>__________________________________</w:t>
      </w:r>
    </w:p>
    <w:p w14:paraId="6FCE88BA" w14:textId="77777777" w:rsidR="001B7798" w:rsidRDefault="00000000" w:rsidP="007044EC">
      <w:pPr>
        <w:spacing w:before="240" w:after="160"/>
      </w:pPr>
      <w:r>
        <w:rPr>
          <w:b/>
        </w:rPr>
        <w:t xml:space="preserve">Master's Name: </w:t>
      </w:r>
      <w:r>
        <w:t>__________________________________</w:t>
      </w:r>
    </w:p>
    <w:p w14:paraId="580D5B36" w14:textId="77777777" w:rsidR="007044EC" w:rsidRDefault="007044EC" w:rsidP="007044EC">
      <w:pPr>
        <w:spacing w:after="160"/>
        <w:sectPr w:rsidR="007044EC" w:rsidSect="006D5C3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800" w:bottom="1440" w:left="1800" w:header="310" w:footer="1494" w:gutter="0"/>
          <w:pgNumType w:fmt="numberInDash"/>
          <w:cols w:space="720"/>
          <w:docGrid w:linePitch="360"/>
        </w:sectPr>
      </w:pPr>
    </w:p>
    <w:p w14:paraId="4E68E303" w14:textId="77777777" w:rsidR="007044EC" w:rsidRDefault="007044EC" w:rsidP="00216A16">
      <w:pPr>
        <w:pStyle w:val="Heading2"/>
        <w:jc w:val="center"/>
      </w:pPr>
      <w:r>
        <w:lastRenderedPageBreak/>
        <w:t>Crew List (IMO FAL Form 3)</w:t>
      </w:r>
    </w:p>
    <w:p w14:paraId="36434989" w14:textId="77777777" w:rsidR="007044EC" w:rsidRPr="007044EC" w:rsidRDefault="007044EC" w:rsidP="007044E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2610"/>
        <w:gridCol w:w="2970"/>
        <w:gridCol w:w="1692"/>
        <w:gridCol w:w="1343"/>
        <w:gridCol w:w="1234"/>
        <w:gridCol w:w="2015"/>
      </w:tblGrid>
      <w:tr w:rsidR="007044EC" w14:paraId="192D80E0" w14:textId="77777777" w:rsidTr="00216A16">
        <w:tc>
          <w:tcPr>
            <w:tcW w:w="625" w:type="dxa"/>
          </w:tcPr>
          <w:p w14:paraId="68B34A9E" w14:textId="77777777" w:rsidR="007044EC" w:rsidRDefault="007044EC" w:rsidP="007044EC">
            <w:pPr>
              <w:ind w:right="-310"/>
              <w:jc w:val="center"/>
            </w:pPr>
            <w:r>
              <w:rPr>
                <w:b/>
              </w:rPr>
              <w:t>No</w:t>
            </w:r>
          </w:p>
        </w:tc>
        <w:tc>
          <w:tcPr>
            <w:tcW w:w="2610" w:type="dxa"/>
          </w:tcPr>
          <w:p w14:paraId="41427992" w14:textId="77777777" w:rsidR="007044EC" w:rsidRDefault="007044EC" w:rsidP="00291F1E">
            <w:pPr>
              <w:jc w:val="center"/>
            </w:pPr>
            <w:r>
              <w:rPr>
                <w:b/>
              </w:rPr>
              <w:t>Family Name</w:t>
            </w:r>
          </w:p>
        </w:tc>
        <w:tc>
          <w:tcPr>
            <w:tcW w:w="2970" w:type="dxa"/>
          </w:tcPr>
          <w:p w14:paraId="2E3EBEA4" w14:textId="77777777" w:rsidR="007044EC" w:rsidRDefault="007044EC" w:rsidP="00291F1E">
            <w:pPr>
              <w:jc w:val="center"/>
            </w:pPr>
            <w:r>
              <w:rPr>
                <w:b/>
              </w:rPr>
              <w:t>Given Name</w:t>
            </w:r>
          </w:p>
        </w:tc>
        <w:tc>
          <w:tcPr>
            <w:tcW w:w="1692" w:type="dxa"/>
          </w:tcPr>
          <w:p w14:paraId="382462EF" w14:textId="77777777" w:rsidR="007044EC" w:rsidRDefault="007044EC" w:rsidP="00291F1E">
            <w:pPr>
              <w:jc w:val="center"/>
            </w:pPr>
            <w:r>
              <w:rPr>
                <w:b/>
              </w:rPr>
              <w:t>Rank/Position</w:t>
            </w:r>
          </w:p>
        </w:tc>
        <w:tc>
          <w:tcPr>
            <w:tcW w:w="1343" w:type="dxa"/>
          </w:tcPr>
          <w:p w14:paraId="66F43DFE" w14:textId="77777777" w:rsidR="007044EC" w:rsidRDefault="007044EC" w:rsidP="00291F1E">
            <w:pPr>
              <w:jc w:val="center"/>
            </w:pPr>
            <w:r>
              <w:rPr>
                <w:b/>
              </w:rPr>
              <w:t>Nationality</w:t>
            </w:r>
          </w:p>
        </w:tc>
        <w:tc>
          <w:tcPr>
            <w:tcW w:w="1234" w:type="dxa"/>
          </w:tcPr>
          <w:p w14:paraId="42FB2AF1" w14:textId="77777777" w:rsidR="007044EC" w:rsidRDefault="007044EC" w:rsidP="00291F1E">
            <w:pPr>
              <w:jc w:val="center"/>
            </w:pPr>
            <w:r>
              <w:rPr>
                <w:b/>
              </w:rPr>
              <w:t>Date of Birth</w:t>
            </w:r>
          </w:p>
        </w:tc>
        <w:tc>
          <w:tcPr>
            <w:tcW w:w="2015" w:type="dxa"/>
          </w:tcPr>
          <w:p w14:paraId="38AB2815" w14:textId="77777777" w:rsidR="007044EC" w:rsidRDefault="007044EC" w:rsidP="00291F1E">
            <w:pPr>
              <w:jc w:val="center"/>
            </w:pPr>
            <w:r>
              <w:rPr>
                <w:b/>
              </w:rPr>
              <w:t>Passport/Seaman Book No.</w:t>
            </w:r>
          </w:p>
        </w:tc>
      </w:tr>
      <w:tr w:rsidR="007044EC" w14:paraId="61A57EF7" w14:textId="77777777" w:rsidTr="00216A16">
        <w:tc>
          <w:tcPr>
            <w:tcW w:w="625" w:type="dxa"/>
          </w:tcPr>
          <w:p w14:paraId="01B5E3A7" w14:textId="77777777" w:rsidR="007044EC" w:rsidRDefault="007044EC" w:rsidP="00216A16">
            <w:pPr>
              <w:spacing w:afterLines="140" w:after="336"/>
              <w:ind w:right="-310"/>
            </w:pPr>
          </w:p>
        </w:tc>
        <w:tc>
          <w:tcPr>
            <w:tcW w:w="2610" w:type="dxa"/>
          </w:tcPr>
          <w:p w14:paraId="39EB1BB7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2970" w:type="dxa"/>
          </w:tcPr>
          <w:p w14:paraId="0B930F1B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1692" w:type="dxa"/>
          </w:tcPr>
          <w:p w14:paraId="23B73E33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1343" w:type="dxa"/>
          </w:tcPr>
          <w:p w14:paraId="47D9F7A1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1234" w:type="dxa"/>
          </w:tcPr>
          <w:p w14:paraId="0FFDB1CF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2015" w:type="dxa"/>
          </w:tcPr>
          <w:p w14:paraId="129B0F45" w14:textId="77777777" w:rsidR="007044EC" w:rsidRDefault="007044EC" w:rsidP="00216A16">
            <w:pPr>
              <w:spacing w:afterLines="140" w:after="336"/>
            </w:pPr>
          </w:p>
        </w:tc>
      </w:tr>
      <w:tr w:rsidR="007044EC" w14:paraId="42440F00" w14:textId="77777777" w:rsidTr="00216A16">
        <w:tc>
          <w:tcPr>
            <w:tcW w:w="625" w:type="dxa"/>
          </w:tcPr>
          <w:p w14:paraId="2504ACB6" w14:textId="77777777" w:rsidR="007044EC" w:rsidRDefault="007044EC" w:rsidP="00216A16">
            <w:pPr>
              <w:spacing w:afterLines="140" w:after="336"/>
              <w:ind w:right="-310"/>
            </w:pPr>
          </w:p>
        </w:tc>
        <w:tc>
          <w:tcPr>
            <w:tcW w:w="2610" w:type="dxa"/>
          </w:tcPr>
          <w:p w14:paraId="3F6299EF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2970" w:type="dxa"/>
          </w:tcPr>
          <w:p w14:paraId="44B83B2B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1692" w:type="dxa"/>
          </w:tcPr>
          <w:p w14:paraId="6AC2B630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1343" w:type="dxa"/>
          </w:tcPr>
          <w:p w14:paraId="4AD439E9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1234" w:type="dxa"/>
          </w:tcPr>
          <w:p w14:paraId="4ABE7DC1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2015" w:type="dxa"/>
          </w:tcPr>
          <w:p w14:paraId="08EB345A" w14:textId="77777777" w:rsidR="007044EC" w:rsidRDefault="007044EC" w:rsidP="00216A16">
            <w:pPr>
              <w:spacing w:afterLines="140" w:after="336"/>
            </w:pPr>
          </w:p>
        </w:tc>
      </w:tr>
      <w:tr w:rsidR="007044EC" w14:paraId="5222A40C" w14:textId="77777777" w:rsidTr="00216A16">
        <w:tc>
          <w:tcPr>
            <w:tcW w:w="625" w:type="dxa"/>
          </w:tcPr>
          <w:p w14:paraId="48005694" w14:textId="77777777" w:rsidR="007044EC" w:rsidRDefault="007044EC" w:rsidP="00216A16">
            <w:pPr>
              <w:spacing w:afterLines="140" w:after="336"/>
              <w:ind w:right="-310"/>
            </w:pPr>
          </w:p>
        </w:tc>
        <w:tc>
          <w:tcPr>
            <w:tcW w:w="2610" w:type="dxa"/>
          </w:tcPr>
          <w:p w14:paraId="500654F7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2970" w:type="dxa"/>
          </w:tcPr>
          <w:p w14:paraId="1DF66279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1692" w:type="dxa"/>
          </w:tcPr>
          <w:p w14:paraId="102C6E2A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1343" w:type="dxa"/>
          </w:tcPr>
          <w:p w14:paraId="138AE933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1234" w:type="dxa"/>
          </w:tcPr>
          <w:p w14:paraId="5320F5E2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2015" w:type="dxa"/>
          </w:tcPr>
          <w:p w14:paraId="3285CD52" w14:textId="77777777" w:rsidR="007044EC" w:rsidRDefault="007044EC" w:rsidP="00216A16">
            <w:pPr>
              <w:spacing w:afterLines="140" w:after="336"/>
            </w:pPr>
          </w:p>
        </w:tc>
      </w:tr>
      <w:tr w:rsidR="007044EC" w14:paraId="28DCFBAA" w14:textId="77777777" w:rsidTr="00216A16">
        <w:tc>
          <w:tcPr>
            <w:tcW w:w="625" w:type="dxa"/>
          </w:tcPr>
          <w:p w14:paraId="15FC315C" w14:textId="77777777" w:rsidR="007044EC" w:rsidRDefault="007044EC" w:rsidP="00216A16">
            <w:pPr>
              <w:spacing w:afterLines="140" w:after="336"/>
              <w:ind w:right="-310"/>
            </w:pPr>
          </w:p>
        </w:tc>
        <w:tc>
          <w:tcPr>
            <w:tcW w:w="2610" w:type="dxa"/>
          </w:tcPr>
          <w:p w14:paraId="06FE5777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2970" w:type="dxa"/>
          </w:tcPr>
          <w:p w14:paraId="666E16D1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1692" w:type="dxa"/>
          </w:tcPr>
          <w:p w14:paraId="286E3EAC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1343" w:type="dxa"/>
          </w:tcPr>
          <w:p w14:paraId="286711CB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1234" w:type="dxa"/>
          </w:tcPr>
          <w:p w14:paraId="15227343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2015" w:type="dxa"/>
          </w:tcPr>
          <w:p w14:paraId="65AC9500" w14:textId="77777777" w:rsidR="007044EC" w:rsidRDefault="007044EC" w:rsidP="00216A16">
            <w:pPr>
              <w:spacing w:afterLines="140" w:after="336"/>
            </w:pPr>
          </w:p>
        </w:tc>
      </w:tr>
      <w:tr w:rsidR="007044EC" w14:paraId="5E66CD6A" w14:textId="77777777" w:rsidTr="00216A16">
        <w:tc>
          <w:tcPr>
            <w:tcW w:w="625" w:type="dxa"/>
          </w:tcPr>
          <w:p w14:paraId="40AF7A5B" w14:textId="77777777" w:rsidR="007044EC" w:rsidRDefault="007044EC" w:rsidP="00216A16">
            <w:pPr>
              <w:spacing w:afterLines="140" w:after="336"/>
              <w:ind w:right="-310"/>
            </w:pPr>
          </w:p>
        </w:tc>
        <w:tc>
          <w:tcPr>
            <w:tcW w:w="2610" w:type="dxa"/>
          </w:tcPr>
          <w:p w14:paraId="26F5C77B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2970" w:type="dxa"/>
          </w:tcPr>
          <w:p w14:paraId="3DF28C08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1692" w:type="dxa"/>
          </w:tcPr>
          <w:p w14:paraId="1CF2DA49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1343" w:type="dxa"/>
          </w:tcPr>
          <w:p w14:paraId="2BACF205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1234" w:type="dxa"/>
          </w:tcPr>
          <w:p w14:paraId="24CD78F1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2015" w:type="dxa"/>
          </w:tcPr>
          <w:p w14:paraId="79A58832" w14:textId="77777777" w:rsidR="007044EC" w:rsidRDefault="007044EC" w:rsidP="00216A16">
            <w:pPr>
              <w:spacing w:afterLines="140" w:after="336"/>
            </w:pPr>
          </w:p>
        </w:tc>
      </w:tr>
      <w:tr w:rsidR="007044EC" w14:paraId="7D1764B5" w14:textId="77777777" w:rsidTr="00216A16">
        <w:tc>
          <w:tcPr>
            <w:tcW w:w="625" w:type="dxa"/>
          </w:tcPr>
          <w:p w14:paraId="28E3410A" w14:textId="77777777" w:rsidR="007044EC" w:rsidRDefault="007044EC" w:rsidP="00216A16">
            <w:pPr>
              <w:spacing w:afterLines="140" w:after="336"/>
              <w:ind w:right="-310"/>
            </w:pPr>
          </w:p>
        </w:tc>
        <w:tc>
          <w:tcPr>
            <w:tcW w:w="2610" w:type="dxa"/>
          </w:tcPr>
          <w:p w14:paraId="3142D4D5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2970" w:type="dxa"/>
          </w:tcPr>
          <w:p w14:paraId="6BEBABB2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1692" w:type="dxa"/>
          </w:tcPr>
          <w:p w14:paraId="4B26ADF8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1343" w:type="dxa"/>
          </w:tcPr>
          <w:p w14:paraId="25ECE8EC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1234" w:type="dxa"/>
          </w:tcPr>
          <w:p w14:paraId="0CB079CF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2015" w:type="dxa"/>
          </w:tcPr>
          <w:p w14:paraId="693DA608" w14:textId="77777777" w:rsidR="007044EC" w:rsidRDefault="007044EC" w:rsidP="00216A16">
            <w:pPr>
              <w:spacing w:afterLines="140" w:after="336"/>
            </w:pPr>
          </w:p>
        </w:tc>
      </w:tr>
      <w:tr w:rsidR="007044EC" w14:paraId="22577204" w14:textId="77777777" w:rsidTr="00216A16">
        <w:tc>
          <w:tcPr>
            <w:tcW w:w="625" w:type="dxa"/>
          </w:tcPr>
          <w:p w14:paraId="057F71DD" w14:textId="77777777" w:rsidR="007044EC" w:rsidRDefault="007044EC" w:rsidP="00216A16">
            <w:pPr>
              <w:spacing w:afterLines="140" w:after="336"/>
              <w:ind w:right="-310"/>
            </w:pPr>
          </w:p>
        </w:tc>
        <w:tc>
          <w:tcPr>
            <w:tcW w:w="2610" w:type="dxa"/>
          </w:tcPr>
          <w:p w14:paraId="053FD360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2970" w:type="dxa"/>
          </w:tcPr>
          <w:p w14:paraId="7C9CC42A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1692" w:type="dxa"/>
          </w:tcPr>
          <w:p w14:paraId="251E8B9A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1343" w:type="dxa"/>
          </w:tcPr>
          <w:p w14:paraId="1FDE4EAA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1234" w:type="dxa"/>
          </w:tcPr>
          <w:p w14:paraId="2E7CA0AF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2015" w:type="dxa"/>
          </w:tcPr>
          <w:p w14:paraId="7E2D13A4" w14:textId="77777777" w:rsidR="007044EC" w:rsidRDefault="007044EC" w:rsidP="00216A16">
            <w:pPr>
              <w:spacing w:afterLines="140" w:after="336"/>
            </w:pPr>
          </w:p>
        </w:tc>
      </w:tr>
      <w:tr w:rsidR="007044EC" w14:paraId="387AE714" w14:textId="77777777" w:rsidTr="00216A16">
        <w:tc>
          <w:tcPr>
            <w:tcW w:w="625" w:type="dxa"/>
          </w:tcPr>
          <w:p w14:paraId="0FBDCB9D" w14:textId="77777777" w:rsidR="007044EC" w:rsidRDefault="007044EC" w:rsidP="00216A16">
            <w:pPr>
              <w:spacing w:afterLines="140" w:after="336"/>
              <w:ind w:right="-310"/>
            </w:pPr>
          </w:p>
        </w:tc>
        <w:tc>
          <w:tcPr>
            <w:tcW w:w="2610" w:type="dxa"/>
          </w:tcPr>
          <w:p w14:paraId="7F38F66F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2970" w:type="dxa"/>
          </w:tcPr>
          <w:p w14:paraId="47530D90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1692" w:type="dxa"/>
          </w:tcPr>
          <w:p w14:paraId="583C3649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1343" w:type="dxa"/>
          </w:tcPr>
          <w:p w14:paraId="18FB7AB8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1234" w:type="dxa"/>
          </w:tcPr>
          <w:p w14:paraId="029FA36A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2015" w:type="dxa"/>
          </w:tcPr>
          <w:p w14:paraId="414CC052" w14:textId="77777777" w:rsidR="007044EC" w:rsidRDefault="007044EC" w:rsidP="00216A16">
            <w:pPr>
              <w:spacing w:afterLines="140" w:after="336"/>
            </w:pPr>
          </w:p>
        </w:tc>
      </w:tr>
      <w:tr w:rsidR="007044EC" w14:paraId="29E02E84" w14:textId="77777777" w:rsidTr="00216A16">
        <w:tc>
          <w:tcPr>
            <w:tcW w:w="625" w:type="dxa"/>
          </w:tcPr>
          <w:p w14:paraId="5DFFBA36" w14:textId="77777777" w:rsidR="007044EC" w:rsidRDefault="007044EC" w:rsidP="00216A16">
            <w:pPr>
              <w:spacing w:afterLines="140" w:after="336"/>
              <w:ind w:right="-310"/>
            </w:pPr>
          </w:p>
        </w:tc>
        <w:tc>
          <w:tcPr>
            <w:tcW w:w="2610" w:type="dxa"/>
          </w:tcPr>
          <w:p w14:paraId="3697A28D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2970" w:type="dxa"/>
          </w:tcPr>
          <w:p w14:paraId="7243DB81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1692" w:type="dxa"/>
          </w:tcPr>
          <w:p w14:paraId="3048CD5D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1343" w:type="dxa"/>
          </w:tcPr>
          <w:p w14:paraId="73FB3908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1234" w:type="dxa"/>
          </w:tcPr>
          <w:p w14:paraId="07C7D65B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2015" w:type="dxa"/>
          </w:tcPr>
          <w:p w14:paraId="18770AA6" w14:textId="77777777" w:rsidR="007044EC" w:rsidRDefault="007044EC" w:rsidP="00216A16">
            <w:pPr>
              <w:spacing w:afterLines="140" w:after="336"/>
            </w:pPr>
          </w:p>
        </w:tc>
      </w:tr>
      <w:tr w:rsidR="007044EC" w14:paraId="27631C30" w14:textId="77777777" w:rsidTr="00216A16">
        <w:trPr>
          <w:trHeight w:val="83"/>
        </w:trPr>
        <w:tc>
          <w:tcPr>
            <w:tcW w:w="625" w:type="dxa"/>
          </w:tcPr>
          <w:p w14:paraId="186537E0" w14:textId="77777777" w:rsidR="007044EC" w:rsidRDefault="007044EC" w:rsidP="00216A16">
            <w:pPr>
              <w:spacing w:afterLines="140" w:after="336"/>
              <w:ind w:right="-310"/>
            </w:pPr>
          </w:p>
        </w:tc>
        <w:tc>
          <w:tcPr>
            <w:tcW w:w="2610" w:type="dxa"/>
          </w:tcPr>
          <w:p w14:paraId="7E1D4F82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2970" w:type="dxa"/>
          </w:tcPr>
          <w:p w14:paraId="458024D7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1692" w:type="dxa"/>
          </w:tcPr>
          <w:p w14:paraId="60121443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1343" w:type="dxa"/>
          </w:tcPr>
          <w:p w14:paraId="30A0251C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1234" w:type="dxa"/>
          </w:tcPr>
          <w:p w14:paraId="0ABC63B0" w14:textId="77777777" w:rsidR="007044EC" w:rsidRDefault="007044EC" w:rsidP="00216A16">
            <w:pPr>
              <w:spacing w:afterLines="140" w:after="336"/>
            </w:pPr>
          </w:p>
        </w:tc>
        <w:tc>
          <w:tcPr>
            <w:tcW w:w="2015" w:type="dxa"/>
          </w:tcPr>
          <w:p w14:paraId="78491979" w14:textId="77777777" w:rsidR="007044EC" w:rsidRDefault="007044EC" w:rsidP="00216A16">
            <w:pPr>
              <w:spacing w:afterLines="140" w:after="336"/>
            </w:pPr>
          </w:p>
        </w:tc>
      </w:tr>
    </w:tbl>
    <w:p w14:paraId="49B34DB4" w14:textId="54DAF000" w:rsidR="007044EC" w:rsidRPr="00216A16" w:rsidRDefault="007044EC" w:rsidP="00216A16">
      <w:pPr>
        <w:spacing w:after="160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sectPr w:rsidR="007044EC" w:rsidRPr="00216A16" w:rsidSect="006D5C3F">
      <w:footerReference w:type="first" r:id="rId14"/>
      <w:pgSz w:w="15840" w:h="12240" w:orient="landscape"/>
      <w:pgMar w:top="1800" w:right="1440" w:bottom="1800" w:left="1440" w:header="310" w:footer="1494" w:gutter="0"/>
      <w:pgNumType w:fmt="numberInDash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E65664" w14:textId="77777777" w:rsidR="009C3EA3" w:rsidRDefault="009C3EA3" w:rsidP="001C68DE">
      <w:pPr>
        <w:spacing w:after="0" w:line="240" w:lineRule="auto"/>
      </w:pPr>
      <w:r>
        <w:separator/>
      </w:r>
    </w:p>
  </w:endnote>
  <w:endnote w:type="continuationSeparator" w:id="0">
    <w:p w14:paraId="098504B6" w14:textId="77777777" w:rsidR="009C3EA3" w:rsidRDefault="009C3EA3" w:rsidP="001C6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ÈJÇ˛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Ü[Õ_ò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4BAD2" w14:textId="77777777" w:rsidR="006D5C3F" w:rsidRDefault="006D5C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1FE8D" w14:textId="5B37CE7D" w:rsidR="001C68DE" w:rsidRPr="007044EC" w:rsidRDefault="006D5C3F" w:rsidP="007044EC">
    <w:pPr>
      <w:pStyle w:val="Footer"/>
      <w:tabs>
        <w:tab w:val="clear" w:pos="4680"/>
        <w:tab w:val="clear" w:pos="9360"/>
        <w:tab w:val="left" w:pos="2679"/>
        <w:tab w:val="right" w:pos="8640"/>
      </w:tabs>
      <w:jc w:val="right"/>
      <w:rPr>
        <w:rFonts w:ascii="Helvetica Neue" w:hAnsi="Helvetica Neu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A366D3" wp14:editId="45473B73">
              <wp:simplePos x="0" y="0"/>
              <wp:positionH relativeFrom="column">
                <wp:posOffset>-1118315</wp:posOffset>
              </wp:positionH>
              <wp:positionV relativeFrom="paragraph">
                <wp:posOffset>41275</wp:posOffset>
              </wp:positionV>
              <wp:extent cx="7717549" cy="509270"/>
              <wp:effectExtent l="0" t="0" r="4445" b="0"/>
              <wp:wrapNone/>
              <wp:docPr id="1323594055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7549" cy="50927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C4BC09D" w14:textId="77777777" w:rsidR="00216A16" w:rsidRPr="00216A16" w:rsidRDefault="00216A16" w:rsidP="00216A16">
                          <w:pPr>
                            <w:pStyle w:val="Footer"/>
                            <w:ind w:left="-426"/>
                            <w:jc w:val="center"/>
                            <w:rPr>
                              <w:rFonts w:ascii="Helvetica Neue" w:hAnsi="Helvetica Neue"/>
                              <w:sz w:val="16"/>
                              <w:lang w:val="fr-FR"/>
                            </w:rPr>
                          </w:pPr>
                          <w:r w:rsidRPr="00216A16">
                            <w:rPr>
                              <w:rFonts w:ascii="Helvetica Neue" w:hAnsi="Helvetica Neue"/>
                              <w:b/>
                              <w:bCs/>
                              <w:sz w:val="16"/>
                              <w:lang w:val="fr-FR"/>
                            </w:rPr>
                            <w:t>Cosmo Freight (France) SASU</w:t>
                          </w:r>
                          <w:r w:rsidRPr="00216A16">
                            <w:rPr>
                              <w:rFonts w:ascii="Helvetica Neue" w:hAnsi="Helvetica Neue"/>
                              <w:sz w:val="16"/>
                              <w:lang w:val="fr-FR"/>
                            </w:rPr>
                            <w:t xml:space="preserve"> – 101 rue de Sèvres – 75006 Paris France - SASU au Capital de 13.000,00 EUR SIREN 882.328.628 R.C.S. Paris</w:t>
                          </w:r>
                        </w:p>
                        <w:p w14:paraId="1129266C" w14:textId="77777777" w:rsidR="00216A16" w:rsidRPr="00FB7045" w:rsidRDefault="00216A16" w:rsidP="00216A16">
                          <w:pPr>
                            <w:spacing w:after="0"/>
                            <w:jc w:val="center"/>
                            <w:rPr>
                              <w:lang w:eastAsia="en-GB"/>
                            </w:rPr>
                          </w:pPr>
                          <w:r w:rsidRPr="00FB7045">
                            <w:rPr>
                              <w:rFonts w:ascii="Helvetica Neue" w:hAnsi="Helvetica Neue"/>
                              <w:sz w:val="16"/>
                            </w:rPr>
                            <w:t xml:space="preserve">Tel : +33 </w:t>
                          </w:r>
                          <w:r w:rsidRPr="00A217D5">
                            <w:rPr>
                              <w:rFonts w:ascii="Helvetica Neue" w:hAnsi="Helvetica Neue"/>
                              <w:sz w:val="16"/>
                            </w:rPr>
                            <w:t>4 68 27 16 74</w:t>
                          </w:r>
                          <w:r w:rsidRPr="00FB7045">
                            <w:rPr>
                              <w:rFonts w:ascii="Helvetica Neue" w:hAnsi="Helvetica Neue"/>
                              <w:sz w:val="16"/>
                            </w:rPr>
                            <w:t xml:space="preserve">4 </w:t>
                          </w:r>
                          <w:r w:rsidRPr="00FB7045">
                            <w:rPr>
                              <w:rFonts w:ascii="Helvetica Neue" w:hAnsi="Helvetica Neue"/>
                              <w:color w:val="000000"/>
                              <w:sz w:val="16"/>
                              <w:szCs w:val="16"/>
                              <w:lang w:eastAsia="en-GB"/>
                            </w:rPr>
                            <w:t xml:space="preserve">– Mail : </w:t>
                          </w:r>
                          <w:hyperlink r:id="rId1" w:history="1">
                            <w:r w:rsidRPr="0080388D">
                              <w:rPr>
                                <w:rStyle w:val="Hyperlink"/>
                                <w:rFonts w:ascii="Helvetica Neue" w:hAnsi="Helvetica Neue"/>
                                <w:sz w:val="16"/>
                                <w:szCs w:val="16"/>
                                <w:lang w:eastAsia="en-GB"/>
                              </w:rPr>
                              <w:t>marine@cosmo-freight.com</w:t>
                            </w:r>
                          </w:hyperlink>
                          <w:r>
                            <w:rPr>
                              <w:rFonts w:ascii="Helvetica Neue" w:hAnsi="Helvetica Neue"/>
                              <w:color w:val="000000"/>
                              <w:sz w:val="16"/>
                              <w:szCs w:val="16"/>
                              <w:lang w:eastAsia="en-GB"/>
                            </w:rPr>
                            <w:t xml:space="preserve"> - </w:t>
                          </w:r>
                          <w:r w:rsidRPr="007C1A42">
                            <w:rPr>
                              <w:rFonts w:ascii="Helvetica Neue" w:hAnsi="Helvetica Neue"/>
                              <w:sz w:val="16"/>
                            </w:rPr>
                            <w:t xml:space="preserve">TVA </w:t>
                          </w:r>
                          <w:r w:rsidRPr="007C1A42">
                            <w:rPr>
                              <w:rFonts w:ascii="Helvetica Neue" w:hAnsi="Helvetica Neue"/>
                              <w:bCs/>
                              <w:sz w:val="16"/>
                            </w:rPr>
                            <w:t>FR38 882 328 628</w:t>
                          </w:r>
                          <w:r w:rsidRPr="007C1A42">
                            <w:rPr>
                              <w:rFonts w:ascii="Helvetica Neue" w:hAnsi="Helvetica Neue"/>
                              <w:sz w:val="16"/>
                            </w:rPr>
                            <w:t xml:space="preserve"> –– EORI FR88232862800012</w:t>
                          </w:r>
                          <w:r>
                            <w:rPr>
                              <w:rFonts w:ascii="Helvetica Neue" w:hAnsi="Helvetica Neue"/>
                              <w:sz w:val="16"/>
                            </w:rPr>
                            <w:t xml:space="preserve"> – </w:t>
                          </w:r>
                          <w:r w:rsidRPr="007C1A42">
                            <w:rPr>
                              <w:rFonts w:ascii="Helvetica Neue" w:hAnsi="Helvetica Neue"/>
                              <w:sz w:val="16"/>
                              <w:szCs w:val="16"/>
                            </w:rPr>
                            <w:t xml:space="preserve">TVA </w:t>
                          </w:r>
                          <w:r w:rsidRPr="007C1A42">
                            <w:rPr>
                              <w:rFonts w:ascii="Helvetica Neue" w:hAnsi="Helvetica Neue" w:cs="ÈJÇ˛"/>
                              <w:sz w:val="16"/>
                              <w:szCs w:val="16"/>
                              <w:lang w:val="en-GB"/>
                            </w:rPr>
                            <w:t>BE0745834285</w:t>
                          </w:r>
                        </w:p>
                        <w:p w14:paraId="72B3B979" w14:textId="77777777" w:rsidR="00216A16" w:rsidRPr="00A217D5" w:rsidRDefault="00216A16" w:rsidP="00216A1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Ü[Õ_ò" w:hAnsi="Ü[Õ_ò" w:cs="Ü[Õ_ò"/>
                              <w:sz w:val="19"/>
                              <w:szCs w:val="19"/>
                            </w:rPr>
                          </w:pPr>
                          <w:r w:rsidRPr="007C1A42">
                            <w:rPr>
                              <w:rFonts w:ascii="Helvetica Neue" w:hAnsi="Helvetica Neue"/>
                              <w:sz w:val="16"/>
                            </w:rPr>
                            <w:t>B</w:t>
                          </w:r>
                          <w:r>
                            <w:rPr>
                              <w:rFonts w:ascii="Helvetica Neue" w:hAnsi="Helvetica Neue"/>
                              <w:sz w:val="16"/>
                            </w:rPr>
                            <w:t>anques:</w:t>
                          </w:r>
                          <w:r w:rsidRPr="007C1A42">
                            <w:rPr>
                              <w:rFonts w:ascii="Helvetica Neue" w:hAnsi="Helvetica Neue"/>
                              <w:sz w:val="16"/>
                            </w:rPr>
                            <w:t xml:space="preserve">  </w:t>
                          </w:r>
                          <w:r w:rsidRPr="00FB7045">
                            <w:rPr>
                              <w:rFonts w:ascii="Helvetica Neue" w:hAnsi="Helvetica Neue"/>
                              <w:sz w:val="16"/>
                            </w:rPr>
                            <w:t>IBAN</w:t>
                          </w:r>
                          <w:r w:rsidRPr="00FB7045">
                            <w:rPr>
                              <w:rFonts w:ascii="Helvetica Neue" w:hAnsi="Helvetica Neue"/>
                              <w:b/>
                              <w:bCs/>
                              <w:sz w:val="16"/>
                            </w:rPr>
                            <w:t xml:space="preserve"> KBC:</w:t>
                          </w:r>
                          <w:r w:rsidRPr="007C1A42">
                            <w:rPr>
                              <w:rFonts w:ascii="Helvetica Neue" w:hAnsi="Helvetica Neue"/>
                              <w:sz w:val="16"/>
                            </w:rPr>
                            <w:t xml:space="preserve"> </w:t>
                          </w:r>
                          <w:r w:rsidRPr="007C1A42">
                            <w:rPr>
                              <w:rFonts w:ascii="Helvetica Neue" w:hAnsi="Helvetica Neue"/>
                              <w:b/>
                              <w:bCs/>
                              <w:sz w:val="16"/>
                              <w:szCs w:val="18"/>
                            </w:rPr>
                            <w:t>BE</w:t>
                          </w:r>
                          <w:r>
                            <w:rPr>
                              <w:rFonts w:ascii="Helvetica Neue" w:hAnsi="Helvetica Neue"/>
                              <w:b/>
                              <w:bCs/>
                              <w:sz w:val="16"/>
                              <w:szCs w:val="18"/>
                            </w:rPr>
                            <w:t>68</w:t>
                          </w:r>
                          <w:r w:rsidRPr="007C1A42">
                            <w:rPr>
                              <w:rFonts w:ascii="Helvetica Neue" w:hAnsi="Helvetica Neue"/>
                              <w:b/>
                              <w:bCs/>
                              <w:sz w:val="16"/>
                              <w:szCs w:val="18"/>
                            </w:rPr>
                            <w:t xml:space="preserve"> 73</w:t>
                          </w:r>
                          <w:r>
                            <w:rPr>
                              <w:rFonts w:ascii="Helvetica Neue" w:hAnsi="Helvetica Neue"/>
                              <w:b/>
                              <w:bCs/>
                              <w:sz w:val="16"/>
                              <w:szCs w:val="18"/>
                            </w:rPr>
                            <w:t>50 5548 8634</w:t>
                          </w:r>
                          <w:r w:rsidRPr="007C1A42">
                            <w:rPr>
                              <w:rFonts w:ascii="Helvetica Neue" w:hAnsi="Helvetica Neue"/>
                              <w:b/>
                              <w:bCs/>
                              <w:sz w:val="16"/>
                              <w:szCs w:val="18"/>
                            </w:rPr>
                            <w:t xml:space="preserve"> </w:t>
                          </w:r>
                          <w:r w:rsidRPr="007C1A42">
                            <w:rPr>
                              <w:rFonts w:ascii="Helvetica Neue" w:hAnsi="Helvetica Neue"/>
                              <w:bCs/>
                              <w:sz w:val="16"/>
                              <w:szCs w:val="18"/>
                            </w:rPr>
                            <w:t>BIC:</w:t>
                          </w:r>
                          <w:r w:rsidRPr="007C1A42">
                            <w:rPr>
                              <w:rFonts w:ascii="Helvetica Neue" w:hAnsi="Helvetica Neue"/>
                              <w:b/>
                              <w:bCs/>
                              <w:sz w:val="16"/>
                              <w:szCs w:val="18"/>
                            </w:rPr>
                            <w:t xml:space="preserve"> KREDBEBB </w:t>
                          </w:r>
                          <w:r>
                            <w:rPr>
                              <w:rFonts w:ascii="Helvetica Neue" w:hAnsi="Helvetica Neue"/>
                              <w:b/>
                              <w:bCs/>
                              <w:sz w:val="16"/>
                              <w:szCs w:val="18"/>
                            </w:rPr>
                            <w:t>– Qonto</w:t>
                          </w:r>
                          <w:r w:rsidRPr="00A217D5">
                            <w:rPr>
                              <w:rFonts w:ascii="Ü[Õ_ò" w:hAnsi="Ü[Õ_ò" w:cs="Ü[Õ_ò"/>
                              <w:b/>
                              <w:bCs/>
                              <w:color w:val="1D1D1B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Ü[Õ_ò" w:hAnsi="Ü[Õ_ò" w:cs="Ü[Õ_ò"/>
                              <w:color w:val="1D1D1B"/>
                              <w:sz w:val="19"/>
                              <w:szCs w:val="19"/>
                            </w:rPr>
                            <w:t xml:space="preserve"> </w:t>
                          </w:r>
                          <w:r w:rsidRPr="00A217D5">
                            <w:rPr>
                              <w:rFonts w:ascii="Ü[Õ_ò" w:hAnsi="Ü[Õ_ò" w:cs="Ü[Õ_ò"/>
                              <w:sz w:val="19"/>
                              <w:szCs w:val="19"/>
                            </w:rPr>
                            <w:t>FR76 1695 8000 0122 0661 1096 819</w:t>
                          </w:r>
                          <w:r>
                            <w:rPr>
                              <w:rFonts w:ascii="Ü[Õ_ò" w:hAnsi="Ü[Õ_ò" w:cs="Ü[Õ_ò"/>
                              <w:sz w:val="19"/>
                              <w:szCs w:val="19"/>
                            </w:rPr>
                            <w:t xml:space="preserve"> </w:t>
                          </w:r>
                          <w:r w:rsidRPr="00A217D5">
                            <w:rPr>
                              <w:rFonts w:ascii="Ü[Õ_ò" w:hAnsi="Ü[Õ_ò" w:cs="Ü[Õ_ò"/>
                              <w:sz w:val="19"/>
                              <w:szCs w:val="19"/>
                            </w:rPr>
                            <w:t xml:space="preserve">BIC: </w:t>
                          </w:r>
                          <w:r w:rsidRPr="00A217D5">
                            <w:rPr>
                              <w:rFonts w:ascii="Ü[Õ_ò" w:hAnsi="Ü[Õ_ò" w:cs="Ü[Õ_ò"/>
                              <w:b/>
                              <w:bCs/>
                              <w:sz w:val="19"/>
                              <w:szCs w:val="19"/>
                            </w:rPr>
                            <w:t>QNTOFRP1XXX</w:t>
                          </w:r>
                        </w:p>
                        <w:p w14:paraId="73DF58A8" w14:textId="77777777" w:rsidR="00216A16" w:rsidRDefault="00216A16" w:rsidP="00216A16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A366D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88.05pt;margin-top:3.25pt;width:607.7pt;height:4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" fillcolor="white [3201]" stroked="f" strokeweight=".5pt">
              <v:textbox>
                <w:txbxContent>
                  <w:p w14:paraId="4C4BC09D" w14:textId="77777777" w:rsidR="00216A16" w:rsidRPr="00216A16" w:rsidRDefault="00216A16" w:rsidP="00216A16">
                    <w:pPr>
                      <w:pStyle w:val="Footer"/>
                      <w:ind w:left="-426"/>
                      <w:jc w:val="center"/>
                      <w:rPr>
                        <w:rFonts w:ascii="Helvetica Neue" w:hAnsi="Helvetica Neue"/>
                        <w:sz w:val="16"/>
                        <w:lang w:val="fr-FR"/>
                      </w:rPr>
                    </w:pPr>
                    <w:r w:rsidRPr="00216A16">
                      <w:rPr>
                        <w:rFonts w:ascii="Helvetica Neue" w:hAnsi="Helvetica Neue"/>
                        <w:b/>
                        <w:bCs/>
                        <w:sz w:val="16"/>
                        <w:lang w:val="fr-FR"/>
                      </w:rPr>
                      <w:t>Cosmo Freight (France) SASU</w:t>
                    </w:r>
                    <w:r w:rsidRPr="00216A16">
                      <w:rPr>
                        <w:rFonts w:ascii="Helvetica Neue" w:hAnsi="Helvetica Neue"/>
                        <w:sz w:val="16"/>
                        <w:lang w:val="fr-FR"/>
                      </w:rPr>
                      <w:t xml:space="preserve"> – 101 rue de Sèvres – 75006 Paris France - SASU au Capital de 13.000,00 EUR SIREN 882.328.628 R.C.S. Paris</w:t>
                    </w:r>
                  </w:p>
                  <w:p w14:paraId="1129266C" w14:textId="77777777" w:rsidR="00216A16" w:rsidRPr="00FB7045" w:rsidRDefault="00216A16" w:rsidP="00216A16">
                    <w:pPr>
                      <w:spacing w:after="0"/>
                      <w:jc w:val="center"/>
                      <w:rPr>
                        <w:lang w:eastAsia="en-GB"/>
                      </w:rPr>
                    </w:pPr>
                    <w:r w:rsidRPr="00FB7045">
                      <w:rPr>
                        <w:rFonts w:ascii="Helvetica Neue" w:hAnsi="Helvetica Neue"/>
                        <w:sz w:val="16"/>
                      </w:rPr>
                      <w:t xml:space="preserve">Tel : +33 </w:t>
                    </w:r>
                    <w:r w:rsidRPr="00A217D5">
                      <w:rPr>
                        <w:rFonts w:ascii="Helvetica Neue" w:hAnsi="Helvetica Neue"/>
                        <w:sz w:val="16"/>
                      </w:rPr>
                      <w:t>4 68 27 16 74</w:t>
                    </w:r>
                    <w:r w:rsidRPr="00FB7045">
                      <w:rPr>
                        <w:rFonts w:ascii="Helvetica Neue" w:hAnsi="Helvetica Neue"/>
                        <w:sz w:val="16"/>
                      </w:rPr>
                      <w:t xml:space="preserve">4 </w:t>
                    </w:r>
                    <w:r w:rsidRPr="00FB7045">
                      <w:rPr>
                        <w:rFonts w:ascii="Helvetica Neue" w:hAnsi="Helvetica Neue"/>
                        <w:color w:val="000000"/>
                        <w:sz w:val="16"/>
                        <w:szCs w:val="16"/>
                        <w:lang w:eastAsia="en-GB"/>
                      </w:rPr>
                      <w:t xml:space="preserve">– Mail : </w:t>
                    </w:r>
                    <w:hyperlink r:id="rId2" w:history="1">
                      <w:r w:rsidRPr="0080388D">
                        <w:rPr>
                          <w:rStyle w:val="Hyperlink"/>
                          <w:rFonts w:ascii="Helvetica Neue" w:hAnsi="Helvetica Neue"/>
                          <w:sz w:val="16"/>
                          <w:szCs w:val="16"/>
                          <w:lang w:eastAsia="en-GB"/>
                        </w:rPr>
                        <w:t>marine@cosmo-freight.com</w:t>
                      </w:r>
                    </w:hyperlink>
                    <w:r>
                      <w:rPr>
                        <w:rFonts w:ascii="Helvetica Neue" w:hAnsi="Helvetica Neue"/>
                        <w:color w:val="000000"/>
                        <w:sz w:val="16"/>
                        <w:szCs w:val="16"/>
                        <w:lang w:eastAsia="en-GB"/>
                      </w:rPr>
                      <w:t xml:space="preserve"> - </w:t>
                    </w:r>
                    <w:r w:rsidRPr="007C1A42">
                      <w:rPr>
                        <w:rFonts w:ascii="Helvetica Neue" w:hAnsi="Helvetica Neue"/>
                        <w:sz w:val="16"/>
                      </w:rPr>
                      <w:t xml:space="preserve">TVA </w:t>
                    </w:r>
                    <w:r w:rsidRPr="007C1A42">
                      <w:rPr>
                        <w:rFonts w:ascii="Helvetica Neue" w:hAnsi="Helvetica Neue"/>
                        <w:bCs/>
                        <w:sz w:val="16"/>
                      </w:rPr>
                      <w:t>FR38 882 328 628</w:t>
                    </w:r>
                    <w:r w:rsidRPr="007C1A42">
                      <w:rPr>
                        <w:rFonts w:ascii="Helvetica Neue" w:hAnsi="Helvetica Neue"/>
                        <w:sz w:val="16"/>
                      </w:rPr>
                      <w:t xml:space="preserve"> –– EORI FR88232862800012</w:t>
                    </w:r>
                    <w:r>
                      <w:rPr>
                        <w:rFonts w:ascii="Helvetica Neue" w:hAnsi="Helvetica Neue"/>
                        <w:sz w:val="16"/>
                      </w:rPr>
                      <w:t xml:space="preserve"> – </w:t>
                    </w:r>
                    <w:r w:rsidRPr="007C1A42">
                      <w:rPr>
                        <w:rFonts w:ascii="Helvetica Neue" w:hAnsi="Helvetica Neue"/>
                        <w:sz w:val="16"/>
                        <w:szCs w:val="16"/>
                      </w:rPr>
                      <w:t xml:space="preserve">TVA </w:t>
                    </w:r>
                    <w:r w:rsidRPr="007C1A42">
                      <w:rPr>
                        <w:rFonts w:ascii="Helvetica Neue" w:hAnsi="Helvetica Neue" w:cs="ÈJÇ˛"/>
                        <w:sz w:val="16"/>
                        <w:szCs w:val="16"/>
                        <w:lang w:val="en-GB"/>
                      </w:rPr>
                      <w:t>BE0745834285</w:t>
                    </w:r>
                  </w:p>
                  <w:p w14:paraId="72B3B979" w14:textId="77777777" w:rsidR="00216A16" w:rsidRPr="00A217D5" w:rsidRDefault="00216A16" w:rsidP="00216A1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Ü[Õ_ò" w:hAnsi="Ü[Õ_ò" w:cs="Ü[Õ_ò"/>
                        <w:sz w:val="19"/>
                        <w:szCs w:val="19"/>
                      </w:rPr>
                    </w:pPr>
                    <w:r w:rsidRPr="007C1A42">
                      <w:rPr>
                        <w:rFonts w:ascii="Helvetica Neue" w:hAnsi="Helvetica Neue"/>
                        <w:sz w:val="16"/>
                      </w:rPr>
                      <w:t>B</w:t>
                    </w:r>
                    <w:r>
                      <w:rPr>
                        <w:rFonts w:ascii="Helvetica Neue" w:hAnsi="Helvetica Neue"/>
                        <w:sz w:val="16"/>
                      </w:rPr>
                      <w:t>anques:</w:t>
                    </w:r>
                    <w:r w:rsidRPr="007C1A42">
                      <w:rPr>
                        <w:rFonts w:ascii="Helvetica Neue" w:hAnsi="Helvetica Neue"/>
                        <w:sz w:val="16"/>
                      </w:rPr>
                      <w:t xml:space="preserve">  </w:t>
                    </w:r>
                    <w:r w:rsidRPr="00FB7045">
                      <w:rPr>
                        <w:rFonts w:ascii="Helvetica Neue" w:hAnsi="Helvetica Neue"/>
                        <w:sz w:val="16"/>
                      </w:rPr>
                      <w:t>IBAN</w:t>
                    </w:r>
                    <w:r w:rsidRPr="00FB7045">
                      <w:rPr>
                        <w:rFonts w:ascii="Helvetica Neue" w:hAnsi="Helvetica Neue"/>
                        <w:b/>
                        <w:bCs/>
                        <w:sz w:val="16"/>
                      </w:rPr>
                      <w:t xml:space="preserve"> KBC:</w:t>
                    </w:r>
                    <w:r w:rsidRPr="007C1A42">
                      <w:rPr>
                        <w:rFonts w:ascii="Helvetica Neue" w:hAnsi="Helvetica Neue"/>
                        <w:sz w:val="16"/>
                      </w:rPr>
                      <w:t xml:space="preserve"> </w:t>
                    </w:r>
                    <w:r w:rsidRPr="007C1A42">
                      <w:rPr>
                        <w:rFonts w:ascii="Helvetica Neue" w:hAnsi="Helvetica Neue"/>
                        <w:b/>
                        <w:bCs/>
                        <w:sz w:val="16"/>
                        <w:szCs w:val="18"/>
                      </w:rPr>
                      <w:t>BE</w:t>
                    </w:r>
                    <w:r>
                      <w:rPr>
                        <w:rFonts w:ascii="Helvetica Neue" w:hAnsi="Helvetica Neue"/>
                        <w:b/>
                        <w:bCs/>
                        <w:sz w:val="16"/>
                        <w:szCs w:val="18"/>
                      </w:rPr>
                      <w:t>68</w:t>
                    </w:r>
                    <w:r w:rsidRPr="007C1A42">
                      <w:rPr>
                        <w:rFonts w:ascii="Helvetica Neue" w:hAnsi="Helvetica Neue"/>
                        <w:b/>
                        <w:bCs/>
                        <w:sz w:val="16"/>
                        <w:szCs w:val="18"/>
                      </w:rPr>
                      <w:t xml:space="preserve"> 73</w:t>
                    </w:r>
                    <w:r>
                      <w:rPr>
                        <w:rFonts w:ascii="Helvetica Neue" w:hAnsi="Helvetica Neue"/>
                        <w:b/>
                        <w:bCs/>
                        <w:sz w:val="16"/>
                        <w:szCs w:val="18"/>
                      </w:rPr>
                      <w:t>50 5548 8634</w:t>
                    </w:r>
                    <w:r w:rsidRPr="007C1A42">
                      <w:rPr>
                        <w:rFonts w:ascii="Helvetica Neue" w:hAnsi="Helvetica Neue"/>
                        <w:b/>
                        <w:bCs/>
                        <w:sz w:val="16"/>
                        <w:szCs w:val="18"/>
                      </w:rPr>
                      <w:t xml:space="preserve"> </w:t>
                    </w:r>
                    <w:r w:rsidRPr="007C1A42">
                      <w:rPr>
                        <w:rFonts w:ascii="Helvetica Neue" w:hAnsi="Helvetica Neue"/>
                        <w:bCs/>
                        <w:sz w:val="16"/>
                        <w:szCs w:val="18"/>
                      </w:rPr>
                      <w:t>BIC:</w:t>
                    </w:r>
                    <w:r w:rsidRPr="007C1A42">
                      <w:rPr>
                        <w:rFonts w:ascii="Helvetica Neue" w:hAnsi="Helvetica Neue"/>
                        <w:b/>
                        <w:bCs/>
                        <w:sz w:val="16"/>
                        <w:szCs w:val="18"/>
                      </w:rPr>
                      <w:t xml:space="preserve"> KREDBEBB </w:t>
                    </w:r>
                    <w:r>
                      <w:rPr>
                        <w:rFonts w:ascii="Helvetica Neue" w:hAnsi="Helvetica Neue"/>
                        <w:b/>
                        <w:bCs/>
                        <w:sz w:val="16"/>
                        <w:szCs w:val="18"/>
                      </w:rPr>
                      <w:t>– Qonto</w:t>
                    </w:r>
                    <w:r w:rsidRPr="00A217D5">
                      <w:rPr>
                        <w:rFonts w:ascii="Ü[Õ_ò" w:hAnsi="Ü[Õ_ò" w:cs="Ü[Õ_ò"/>
                        <w:b/>
                        <w:bCs/>
                        <w:color w:val="1D1D1B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Ü[Õ_ò" w:hAnsi="Ü[Õ_ò" w:cs="Ü[Õ_ò"/>
                        <w:color w:val="1D1D1B"/>
                        <w:sz w:val="19"/>
                        <w:szCs w:val="19"/>
                      </w:rPr>
                      <w:t xml:space="preserve"> </w:t>
                    </w:r>
                    <w:r w:rsidRPr="00A217D5">
                      <w:rPr>
                        <w:rFonts w:ascii="Ü[Õ_ò" w:hAnsi="Ü[Õ_ò" w:cs="Ü[Õ_ò"/>
                        <w:sz w:val="19"/>
                        <w:szCs w:val="19"/>
                      </w:rPr>
                      <w:t>FR76 1695 8000 0122 0661 1096 819</w:t>
                    </w:r>
                    <w:r>
                      <w:rPr>
                        <w:rFonts w:ascii="Ü[Õ_ò" w:hAnsi="Ü[Õ_ò" w:cs="Ü[Õ_ò"/>
                        <w:sz w:val="19"/>
                        <w:szCs w:val="19"/>
                      </w:rPr>
                      <w:t xml:space="preserve"> </w:t>
                    </w:r>
                    <w:r w:rsidRPr="00A217D5">
                      <w:rPr>
                        <w:rFonts w:ascii="Ü[Õ_ò" w:hAnsi="Ü[Õ_ò" w:cs="Ü[Õ_ò"/>
                        <w:sz w:val="19"/>
                        <w:szCs w:val="19"/>
                      </w:rPr>
                      <w:t xml:space="preserve">BIC: </w:t>
                    </w:r>
                    <w:r w:rsidRPr="00A217D5">
                      <w:rPr>
                        <w:rFonts w:ascii="Ü[Õ_ò" w:hAnsi="Ü[Õ_ò" w:cs="Ü[Õ_ò"/>
                        <w:b/>
                        <w:bCs/>
                        <w:sz w:val="19"/>
                        <w:szCs w:val="19"/>
                      </w:rPr>
                      <w:t>QNTOFRP1XXX</w:t>
                    </w:r>
                  </w:p>
                  <w:p w14:paraId="73DF58A8" w14:textId="77777777" w:rsidR="00216A16" w:rsidRDefault="00216A16" w:rsidP="00216A16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F6BF72" wp14:editId="710CE967">
              <wp:simplePos x="0" y="0"/>
              <wp:positionH relativeFrom="column">
                <wp:posOffset>4115716</wp:posOffset>
              </wp:positionH>
              <wp:positionV relativeFrom="paragraph">
                <wp:posOffset>-1873676</wp:posOffset>
              </wp:positionV>
              <wp:extent cx="1640840" cy="345440"/>
              <wp:effectExtent l="0" t="0" r="0" b="0"/>
              <wp:wrapSquare wrapText="bothSides"/>
              <wp:docPr id="59624823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flipH="1">
                        <a:off x="0" y="0"/>
                        <a:ext cx="1640840" cy="3454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F63B1D" w14:textId="77777777" w:rsidR="007044EC" w:rsidRPr="0013785B" w:rsidRDefault="007044EC" w:rsidP="0013785B">
                          <w:pPr>
                            <w:pStyle w:val="Footer"/>
                            <w:tabs>
                              <w:tab w:val="left" w:pos="2679"/>
                              <w:tab w:val="right" w:pos="8640"/>
                            </w:tabs>
                            <w:jc w:val="right"/>
                          </w:pPr>
                          <w:r w:rsidRPr="007044EC">
                            <w:rPr>
                              <w:rFonts w:ascii="Helvetica Neue" w:hAnsi="Helvetica Neue" w:cs="Times New Roman"/>
                            </w:rPr>
                            <w:t xml:space="preserve">Page </w:t>
                          </w:r>
                          <w:r w:rsidRPr="007044EC">
                            <w:rPr>
                              <w:rFonts w:ascii="Helvetica Neue" w:hAnsi="Helvetica Neue" w:cs="Times New Roman"/>
                            </w:rPr>
                            <w:fldChar w:fldCharType="begin"/>
                          </w:r>
                          <w:r w:rsidRPr="007044EC">
                            <w:rPr>
                              <w:rFonts w:ascii="Helvetica Neue" w:hAnsi="Helvetica Neue" w:cs="Times New Roman"/>
                            </w:rPr>
                            <w:instrText xml:space="preserve"> PAGE </w:instrText>
                          </w:r>
                          <w:r w:rsidRPr="007044EC">
                            <w:rPr>
                              <w:rFonts w:ascii="Helvetica Neue" w:hAnsi="Helvetica Neue" w:cs="Times New Roman"/>
                            </w:rPr>
                            <w:fldChar w:fldCharType="separate"/>
                          </w:r>
                          <w:r w:rsidRPr="007044EC">
                            <w:rPr>
                              <w:rFonts w:ascii="Helvetica Neue" w:hAnsi="Helvetica Neue" w:cs="Times New Roman"/>
                              <w:noProof/>
                            </w:rPr>
                            <w:t>- 1 -</w:t>
                          </w:r>
                          <w:r w:rsidRPr="007044EC">
                            <w:rPr>
                              <w:rFonts w:ascii="Helvetica Neue" w:hAnsi="Helvetica Neue" w:cs="Times New Roman"/>
                            </w:rPr>
                            <w:fldChar w:fldCharType="end"/>
                          </w:r>
                          <w:r w:rsidRPr="007044EC">
                            <w:rPr>
                              <w:rFonts w:ascii="Helvetica Neue" w:hAnsi="Helvetica Neue" w:cs="Times New Roman"/>
                            </w:rPr>
                            <w:t xml:space="preserve"> of </w:t>
                          </w:r>
                          <w:r w:rsidRPr="007044EC">
                            <w:rPr>
                              <w:rFonts w:ascii="Helvetica Neue" w:hAnsi="Helvetica Neue" w:cs="Times New Roman"/>
                            </w:rPr>
                            <w:fldChar w:fldCharType="begin"/>
                          </w:r>
                          <w:r w:rsidRPr="007044EC">
                            <w:rPr>
                              <w:rFonts w:ascii="Helvetica Neue" w:hAnsi="Helvetica Neue" w:cs="Times New Roman"/>
                            </w:rPr>
                            <w:instrText xml:space="preserve"> NUMPAGES </w:instrText>
                          </w:r>
                          <w:r w:rsidRPr="007044EC">
                            <w:rPr>
                              <w:rFonts w:ascii="Helvetica Neue" w:hAnsi="Helvetica Neue" w:cs="Times New Roman"/>
                            </w:rPr>
                            <w:fldChar w:fldCharType="separate"/>
                          </w:r>
                          <w:r w:rsidRPr="007044EC">
                            <w:rPr>
                              <w:rFonts w:ascii="Helvetica Neue" w:hAnsi="Helvetica Neue" w:cs="Times New Roman"/>
                              <w:noProof/>
                            </w:rPr>
                            <w:t>1</w:t>
                          </w:r>
                          <w:r w:rsidRPr="007044EC">
                            <w:rPr>
                              <w:rFonts w:ascii="Helvetica Neue" w:hAnsi="Helvetica Neue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F6BF72" id="Text Box 1" o:spid="_x0000_s1027" type="#_x0000_t202" style="position:absolute;left:0;text-align:left;margin-left:324.05pt;margin-top:-147.55pt;width:129.2pt;height:27.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" filled="f" stroked="f" strokeweight=".5pt">
              <v:textbox>
                <w:txbxContent>
                  <w:p w14:paraId="62F63B1D" w14:textId="77777777" w:rsidR="007044EC" w:rsidRPr="0013785B" w:rsidRDefault="007044EC" w:rsidP="0013785B">
                    <w:pPr>
                      <w:pStyle w:val="Footer"/>
                      <w:tabs>
                        <w:tab w:val="left" w:pos="2679"/>
                        <w:tab w:val="right" w:pos="8640"/>
                      </w:tabs>
                      <w:jc w:val="right"/>
                    </w:pPr>
                    <w:r w:rsidRPr="007044EC">
                      <w:rPr>
                        <w:rFonts w:ascii="Helvetica Neue" w:hAnsi="Helvetica Neue" w:cs="Times New Roman"/>
                      </w:rPr>
                      <w:t xml:space="preserve">Page </w:t>
                    </w:r>
                    <w:r w:rsidRPr="007044EC">
                      <w:rPr>
                        <w:rFonts w:ascii="Helvetica Neue" w:hAnsi="Helvetica Neue" w:cs="Times New Roman"/>
                      </w:rPr>
                      <w:fldChar w:fldCharType="begin"/>
                    </w:r>
                    <w:r w:rsidRPr="007044EC">
                      <w:rPr>
                        <w:rFonts w:ascii="Helvetica Neue" w:hAnsi="Helvetica Neue" w:cs="Times New Roman"/>
                      </w:rPr>
                      <w:instrText xml:space="preserve"> PAGE </w:instrText>
                    </w:r>
                    <w:r w:rsidRPr="007044EC">
                      <w:rPr>
                        <w:rFonts w:ascii="Helvetica Neue" w:hAnsi="Helvetica Neue" w:cs="Times New Roman"/>
                      </w:rPr>
                      <w:fldChar w:fldCharType="separate"/>
                    </w:r>
                    <w:r w:rsidRPr="007044EC">
                      <w:rPr>
                        <w:rFonts w:ascii="Helvetica Neue" w:hAnsi="Helvetica Neue" w:cs="Times New Roman"/>
                        <w:noProof/>
                      </w:rPr>
                      <w:t>- 1 -</w:t>
                    </w:r>
                    <w:r w:rsidRPr="007044EC">
                      <w:rPr>
                        <w:rFonts w:ascii="Helvetica Neue" w:hAnsi="Helvetica Neue" w:cs="Times New Roman"/>
                      </w:rPr>
                      <w:fldChar w:fldCharType="end"/>
                    </w:r>
                    <w:r w:rsidRPr="007044EC">
                      <w:rPr>
                        <w:rFonts w:ascii="Helvetica Neue" w:hAnsi="Helvetica Neue" w:cs="Times New Roman"/>
                      </w:rPr>
                      <w:t xml:space="preserve"> of </w:t>
                    </w:r>
                    <w:r w:rsidRPr="007044EC">
                      <w:rPr>
                        <w:rFonts w:ascii="Helvetica Neue" w:hAnsi="Helvetica Neue" w:cs="Times New Roman"/>
                      </w:rPr>
                      <w:fldChar w:fldCharType="begin"/>
                    </w:r>
                    <w:r w:rsidRPr="007044EC">
                      <w:rPr>
                        <w:rFonts w:ascii="Helvetica Neue" w:hAnsi="Helvetica Neue" w:cs="Times New Roman"/>
                      </w:rPr>
                      <w:instrText xml:space="preserve"> NUMPAGES </w:instrText>
                    </w:r>
                    <w:r w:rsidRPr="007044EC">
                      <w:rPr>
                        <w:rFonts w:ascii="Helvetica Neue" w:hAnsi="Helvetica Neue" w:cs="Times New Roman"/>
                      </w:rPr>
                      <w:fldChar w:fldCharType="separate"/>
                    </w:r>
                    <w:r w:rsidRPr="007044EC">
                      <w:rPr>
                        <w:rFonts w:ascii="Helvetica Neue" w:hAnsi="Helvetica Neue" w:cs="Times New Roman"/>
                        <w:noProof/>
                      </w:rPr>
                      <w:t>1</w:t>
                    </w:r>
                    <w:r w:rsidRPr="007044EC">
                      <w:rPr>
                        <w:rFonts w:ascii="Helvetica Neue" w:hAnsi="Helvetica Neue" w:cs="Times New Roman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C68DE">
      <w:tab/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0BB67" w14:textId="77777777" w:rsidR="006D5C3F" w:rsidRDefault="006D5C3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2F265" w14:textId="77777777" w:rsidR="006D5C3F" w:rsidRDefault="006D5C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5C4A92" w14:textId="77777777" w:rsidR="009C3EA3" w:rsidRDefault="009C3EA3" w:rsidP="001C68DE">
      <w:pPr>
        <w:spacing w:after="0" w:line="240" w:lineRule="auto"/>
      </w:pPr>
      <w:r>
        <w:separator/>
      </w:r>
    </w:p>
  </w:footnote>
  <w:footnote w:type="continuationSeparator" w:id="0">
    <w:p w14:paraId="26DC884B" w14:textId="77777777" w:rsidR="009C3EA3" w:rsidRDefault="009C3EA3" w:rsidP="001C68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4BA81" w14:textId="77777777" w:rsidR="006D5C3F" w:rsidRDefault="006D5C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D6EB9" w14:textId="6273BDAF" w:rsidR="007044EC" w:rsidRDefault="007044EC" w:rsidP="007044EC">
    <w:pPr>
      <w:pStyle w:val="Header"/>
      <w:tabs>
        <w:tab w:val="left" w:pos="2588"/>
        <w:tab w:val="right" w:pos="8640"/>
      </w:tabs>
      <w:jc w:val="center"/>
    </w:pPr>
    <w:r>
      <w:rPr>
        <w:noProof/>
      </w:rPr>
      <w:drawing>
        <wp:inline distT="0" distB="0" distL="0" distR="0" wp14:anchorId="3AF1B979" wp14:editId="0A5A7FB9">
          <wp:extent cx="1030147" cy="1030147"/>
          <wp:effectExtent l="0" t="0" r="0" b="0"/>
          <wp:docPr id="22018009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1427584" name="Picture 176142758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7897" cy="10378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477C69C" w14:textId="7627940D" w:rsidR="001C68DE" w:rsidRPr="001C68DE" w:rsidRDefault="001C68DE" w:rsidP="007044EC">
    <w:pPr>
      <w:pStyle w:val="Header"/>
      <w:tabs>
        <w:tab w:val="left" w:pos="2588"/>
        <w:tab w:val="right" w:pos="8640"/>
      </w:tabs>
      <w:jc w:val="right"/>
    </w:pPr>
    <w:r>
      <w:t>Saturday, April 26, 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97AE6" w14:textId="77777777" w:rsidR="006D5C3F" w:rsidRDefault="006D5C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6704183">
    <w:abstractNumId w:val="8"/>
  </w:num>
  <w:num w:numId="2" w16cid:durableId="259723041">
    <w:abstractNumId w:val="6"/>
  </w:num>
  <w:num w:numId="3" w16cid:durableId="2006585113">
    <w:abstractNumId w:val="5"/>
  </w:num>
  <w:num w:numId="4" w16cid:durableId="580061444">
    <w:abstractNumId w:val="4"/>
  </w:num>
  <w:num w:numId="5" w16cid:durableId="936135261">
    <w:abstractNumId w:val="7"/>
  </w:num>
  <w:num w:numId="6" w16cid:durableId="574557886">
    <w:abstractNumId w:val="3"/>
  </w:num>
  <w:num w:numId="7" w16cid:durableId="1439836515">
    <w:abstractNumId w:val="2"/>
  </w:num>
  <w:num w:numId="8" w16cid:durableId="2113746379">
    <w:abstractNumId w:val="1"/>
  </w:num>
  <w:num w:numId="9" w16cid:durableId="1962492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B7798"/>
    <w:rsid w:val="001C68DE"/>
    <w:rsid w:val="00216A16"/>
    <w:rsid w:val="0029639D"/>
    <w:rsid w:val="00326F90"/>
    <w:rsid w:val="003C50B3"/>
    <w:rsid w:val="0056443D"/>
    <w:rsid w:val="006D5C3F"/>
    <w:rsid w:val="007044EC"/>
    <w:rsid w:val="00782738"/>
    <w:rsid w:val="009C3EA3"/>
    <w:rsid w:val="00AA1D8D"/>
    <w:rsid w:val="00B47730"/>
    <w:rsid w:val="00C229CE"/>
    <w:rsid w:val="00CB0664"/>
    <w:rsid w:val="00DD727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B7DE10"/>
  <w14:defaultImageDpi w14:val="300"/>
  <w15:docId w15:val="{B7DF1B1C-356E-094D-B7EA-66532CDAF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rsid w:val="007044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marine@cosmo-freight.com" TargetMode="External"/><Relationship Id="rId1" Type="http://schemas.openxmlformats.org/officeDocument/2006/relationships/hyperlink" Target="mailto:marine@cosmo-freight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Sebastien Letihon</cp:lastModifiedBy>
  <cp:revision>6</cp:revision>
  <cp:lastPrinted>2025-04-27T08:16:00Z</cp:lastPrinted>
  <dcterms:created xsi:type="dcterms:W3CDTF">2025-04-26T05:04:00Z</dcterms:created>
  <dcterms:modified xsi:type="dcterms:W3CDTF">2025-04-27T08:22:00Z</dcterms:modified>
  <cp:category/>
</cp:coreProperties>
</file>